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P="257992CD" w14:paraId="041DD769" wp14:textId="39A980CE">
      <w:pPr>
        <w:spacing w:after="0" w:afterAutospacing="off" w:line="240" w:lineRule="auto"/>
        <w:jc w:val="center"/>
        <w:rPr>
          <w:b w:val="0"/>
          <w:bCs w:val="0"/>
          <w:sz w:val="26"/>
          <w:szCs w:val="26"/>
        </w:rPr>
      </w:pPr>
      <w:r w:rsidRPr="257992CD" w:rsidR="4CE85668">
        <w:rPr>
          <w:b w:val="1"/>
          <w:bCs w:val="1"/>
          <w:sz w:val="40"/>
          <w:szCs w:val="40"/>
          <w:u w:val="single"/>
        </w:rPr>
        <w:t>Hoofbeats &amp; Heartbeats @ Harmony Hollow</w:t>
      </w:r>
      <w:r>
        <w:br/>
      </w:r>
      <w:r w:rsidRPr="257992CD" w:rsidR="257992CD">
        <w:rPr>
          <w:b w:val="0"/>
          <w:bCs w:val="0"/>
          <w:sz w:val="26"/>
          <w:szCs w:val="26"/>
        </w:rPr>
        <w:t>Youth Diverse Ability</w:t>
      </w:r>
      <w:r w:rsidRPr="257992CD" w:rsidR="4CE85668">
        <w:rPr>
          <w:b w:val="0"/>
          <w:bCs w:val="0"/>
          <w:sz w:val="26"/>
          <w:szCs w:val="26"/>
        </w:rPr>
        <w:t xml:space="preserve"> Camp Application</w:t>
      </w:r>
    </w:p>
    <w:p xmlns:wp14="http://schemas.microsoft.com/office/word/2010/wordml" w:rsidP="257992CD" w14:paraId="08B56560" wp14:textId="7938F8BD">
      <w:pPr>
        <w:spacing w:after="0" w:afterAutospacing="off" w:line="240" w:lineRule="auto"/>
        <w:jc w:val="center"/>
        <w:rPr>
          <w:b w:val="0"/>
          <w:bCs w:val="0"/>
          <w:sz w:val="26"/>
          <w:szCs w:val="26"/>
        </w:rPr>
      </w:pPr>
      <w:r w:rsidR="5755708D">
        <w:rPr>
          <w:b w:val="0"/>
          <w:bCs w:val="0"/>
        </w:rPr>
        <w:t>Ages: 6 – 14 years Old</w:t>
      </w:r>
      <w:r>
        <w:br/>
      </w:r>
      <w:r w:rsidRPr="45A4CCB1" w:rsidR="43E16A54">
        <w:rPr>
          <w:b w:val="0"/>
          <w:bCs w:val="0"/>
          <w:sz w:val="26"/>
          <w:szCs w:val="26"/>
        </w:rPr>
        <w:t>June 22–26</w:t>
      </w:r>
      <w:r w:rsidRPr="45A4CCB1" w:rsidR="11BF2944">
        <w:rPr>
          <w:b w:val="0"/>
          <w:bCs w:val="0"/>
          <w:sz w:val="26"/>
          <w:szCs w:val="26"/>
        </w:rPr>
        <w:t>, 2026</w:t>
      </w:r>
      <w:r w:rsidRPr="45A4CCB1" w:rsidR="43E16A54">
        <w:rPr>
          <w:b w:val="0"/>
          <w:bCs w:val="0"/>
          <w:sz w:val="26"/>
          <w:szCs w:val="26"/>
        </w:rPr>
        <w:t xml:space="preserve"> | 9:30 AM – 2:30 PM Daily</w:t>
      </w:r>
    </w:p>
    <w:p w:rsidR="1B631B0A" w:rsidP="45A4CCB1" w:rsidRDefault="1B631B0A" w14:paraId="5CB0BD35" w14:textId="58C2F49D">
      <w:pPr>
        <w:spacing w:after="0" w:afterAutospacing="off" w:line="240" w:lineRule="auto"/>
        <w:jc w:val="center"/>
        <w:rPr>
          <w:b w:val="0"/>
          <w:bCs w:val="0"/>
          <w:sz w:val="26"/>
          <w:szCs w:val="26"/>
        </w:rPr>
      </w:pPr>
      <w:r w:rsidRPr="0E663035" w:rsidR="50DFE37F">
        <w:rPr>
          <w:b w:val="0"/>
          <w:bCs w:val="0"/>
          <w:sz w:val="26"/>
          <w:szCs w:val="26"/>
        </w:rPr>
        <w:t>Cost: $</w:t>
      </w:r>
      <w:r w:rsidRPr="0E663035" w:rsidR="266148A9">
        <w:rPr>
          <w:b w:val="0"/>
          <w:bCs w:val="0"/>
          <w:sz w:val="26"/>
          <w:szCs w:val="26"/>
        </w:rPr>
        <w:t>375</w:t>
      </w:r>
      <w:r w:rsidRPr="0E663035" w:rsidR="50DFE37F">
        <w:rPr>
          <w:b w:val="0"/>
          <w:bCs w:val="0"/>
          <w:sz w:val="26"/>
          <w:szCs w:val="26"/>
        </w:rPr>
        <w:t xml:space="preserve"> (including $100 deposit)</w:t>
      </w:r>
    </w:p>
    <w:p xmlns:wp14="http://schemas.microsoft.com/office/word/2010/wordml" w14:paraId="48FE38BA" wp14:textId="77777777">
      <w:pPr>
        <w:pStyle w:val="Heading1"/>
      </w:pPr>
      <w:r w:rsidRPr="7CA4AB52" w:rsidR="7CA4AB52">
        <w:rPr>
          <w:u w:val="single"/>
        </w:rPr>
        <w:t>Camp Tuition &amp; Scholarship Information</w:t>
      </w:r>
    </w:p>
    <w:p xmlns:wp14="http://schemas.microsoft.com/office/word/2010/wordml" w14:paraId="0091A980" wp14:textId="6B2EC1E9">
      <w:r w:rsidRPr="0E663035" w:rsidR="618CC4DB">
        <w:rPr>
          <w:b w:val="1"/>
          <w:bCs w:val="1"/>
        </w:rPr>
        <w:t xml:space="preserve">Total Camp Tuition: </w:t>
      </w:r>
      <w:r w:rsidR="618CC4DB">
        <w:rPr/>
        <w:t>$</w:t>
      </w:r>
      <w:r w:rsidR="737BE64E">
        <w:rPr/>
        <w:t>375</w:t>
      </w:r>
      <w:r>
        <w:br/>
      </w:r>
      <w:r w:rsidR="618CC4DB">
        <w:rPr/>
        <w:t>• $100 non-refundable deposit due with application</w:t>
      </w:r>
      <w:r>
        <w:br/>
      </w:r>
      <w:r w:rsidR="618CC4DB">
        <w:rPr/>
        <w:t>• Remaining balance of $</w:t>
      </w:r>
      <w:r w:rsidR="3CC8079C">
        <w:rPr/>
        <w:t>275</w:t>
      </w:r>
      <w:r w:rsidR="618CC4DB">
        <w:rPr/>
        <w:t xml:space="preserve"> due by June 1, 2026</w:t>
      </w:r>
      <w:r>
        <w:br/>
      </w:r>
      <w:r>
        <w:br/>
      </w:r>
      <w:r w:rsidRPr="0E663035" w:rsidR="618CC4DB">
        <w:rPr>
          <w:b w:val="1"/>
          <w:bCs w:val="1"/>
        </w:rPr>
        <w:t>Scholarships Available</w:t>
      </w:r>
      <w:r w:rsidR="618CC4DB">
        <w:rPr/>
        <w:t xml:space="preserve"> — We believe every child deserves access to meaningful therapeutic and creative experiences.</w:t>
      </w:r>
    </w:p>
    <w:p xmlns:wp14="http://schemas.microsoft.com/office/word/2010/wordml" w14:paraId="0CB351C3" wp14:textId="77777777">
      <w:r>
        <w:t>☐ I would like information about scholarship opportunities.</w:t>
      </w:r>
    </w:p>
    <w:p xmlns:wp14="http://schemas.microsoft.com/office/word/2010/wordml" w14:paraId="1DAF7CFF" wp14:textId="77777777">
      <w:r>
        <w:t>☐ I am requesting partial scholarship assistance.</w:t>
      </w:r>
    </w:p>
    <w:p xmlns:wp14="http://schemas.microsoft.com/office/word/2010/wordml" w14:paraId="0644E78A" wp14:textId="77777777">
      <w:r>
        <w:t>☐ I am requesting full scholarship consideration.</w:t>
      </w:r>
    </w:p>
    <w:p xmlns:wp14="http://schemas.microsoft.com/office/word/2010/wordml" w14:paraId="7C36FA18" wp14:textId="77777777">
      <w:r w:rsidR="7CA4AB52">
        <w:rPr/>
        <w:t>If requesting scholarship support, please share any information you would like us to consider:</w:t>
      </w:r>
    </w:p>
    <w:p w:rsidR="3B36435C" w:rsidRDefault="3B36435C" w14:paraId="6A1ADC14" w14:textId="697B1C50">
      <w:r w:rsidR="3B36435C">
        <w:rPr/>
        <w:t>______________________________________________________________</w:t>
      </w:r>
    </w:p>
    <w:p xmlns:wp14="http://schemas.microsoft.com/office/word/2010/wordml" w14:paraId="07E8DA5C" wp14:textId="10DB054B">
      <w:r w:rsidR="7CA4AB52">
        <w:rPr/>
        <w:t>______________________________________________________________</w:t>
      </w:r>
    </w:p>
    <w:p xmlns:wp14="http://schemas.microsoft.com/office/word/2010/wordml" w14:paraId="1161D60E" wp14:textId="77777777">
      <w:pPr>
        <w:pStyle w:val="Heading1"/>
      </w:pPr>
      <w:r w:rsidRPr="7CA4AB52" w:rsidR="7CA4AB52">
        <w:rPr>
          <w:u w:val="single"/>
        </w:rPr>
        <w:t>Camper Information</w:t>
      </w:r>
    </w:p>
    <w:p xmlns:wp14="http://schemas.microsoft.com/office/word/2010/wordml" w14:paraId="0BA025EB" wp14:textId="77777777">
      <w:r>
        <w:t>Child’s Full Name: _________________________________</w:t>
      </w:r>
    </w:p>
    <w:p xmlns:wp14="http://schemas.microsoft.com/office/word/2010/wordml" w14:paraId="006D450D" wp14:textId="77777777">
      <w:r>
        <w:t>Preferred Name/Nickname: ___________________________</w:t>
      </w:r>
    </w:p>
    <w:p xmlns:wp14="http://schemas.microsoft.com/office/word/2010/wordml" w14:paraId="0E421CBB" wp14:textId="77777777">
      <w:r>
        <w:t>Date of Birth: __________________ Age: _____________</w:t>
      </w:r>
    </w:p>
    <w:p xmlns:wp14="http://schemas.microsoft.com/office/word/2010/wordml" w14:paraId="797AACC9" wp14:textId="77777777">
      <w:r>
        <w:t>Gender: ___________________________________________</w:t>
      </w:r>
    </w:p>
    <w:p xmlns:wp14="http://schemas.microsoft.com/office/word/2010/wordml" w14:paraId="0727174F" wp14:textId="77777777">
      <w:r>
        <w:t>Home Address: _____________________________________</w:t>
      </w:r>
    </w:p>
    <w:p xmlns:wp14="http://schemas.microsoft.com/office/word/2010/wordml" w14:paraId="765BAE62" wp14:textId="77777777">
      <w:r>
        <w:t>Parent/Guardian Name(s): ___________________________</w:t>
      </w:r>
    </w:p>
    <w:p xmlns:wp14="http://schemas.microsoft.com/office/word/2010/wordml" w14:paraId="3E7CBFB8" wp14:textId="77777777">
      <w:r>
        <w:t>Primary Phone: ____________________________________</w:t>
      </w:r>
    </w:p>
    <w:p xmlns:wp14="http://schemas.microsoft.com/office/word/2010/wordml" w14:paraId="0BC45A4F" wp14:textId="77777777">
      <w:r>
        <w:t>Secondary Phone: __________________________________</w:t>
      </w:r>
    </w:p>
    <w:p xmlns:wp14="http://schemas.microsoft.com/office/word/2010/wordml" w14:paraId="096DBC09" wp14:textId="77777777">
      <w:r>
        <w:t>Email Address: ____________________________________</w:t>
      </w:r>
    </w:p>
    <w:p xmlns:wp14="http://schemas.microsoft.com/office/word/2010/wordml" w:rsidP="7CA4AB52" w14:paraId="340448F2" wp14:textId="77777777">
      <w:pPr>
        <w:pStyle w:val="Heading1"/>
        <w:rPr>
          <w:u w:val="single"/>
        </w:rPr>
      </w:pPr>
      <w:r w:rsidRPr="7CA4AB52" w:rsidR="7CA4AB52">
        <w:rPr>
          <w:u w:val="single"/>
        </w:rPr>
        <w:t>Emergency Contact Information</w:t>
      </w:r>
    </w:p>
    <w:p xmlns:wp14="http://schemas.microsoft.com/office/word/2010/wordml" w14:paraId="7A60CA32" wp14:textId="77777777">
      <w:r>
        <w:t>Emergency Contact Name: ____________________________</w:t>
      </w:r>
    </w:p>
    <w:p xmlns:wp14="http://schemas.microsoft.com/office/word/2010/wordml" w14:paraId="45F75851" wp14:textId="77777777">
      <w:r>
        <w:t>Relationship to Child: _____________________________</w:t>
      </w:r>
    </w:p>
    <w:p xmlns:wp14="http://schemas.microsoft.com/office/word/2010/wordml" w14:paraId="42CD083D" wp14:textId="77777777">
      <w:r>
        <w:t>Phone Number: _____________________________________</w:t>
      </w:r>
    </w:p>
    <w:p xmlns:wp14="http://schemas.microsoft.com/office/word/2010/wordml" w14:paraId="5AA7EC52" wp14:textId="77777777">
      <w:r>
        <w:t>Alternate Phone: __________________________________</w:t>
      </w:r>
    </w:p>
    <w:p xmlns:wp14="http://schemas.microsoft.com/office/word/2010/wordml" w:rsidP="7CA4AB52" w14:paraId="6F9C514C" wp14:textId="77777777">
      <w:pPr>
        <w:pStyle w:val="Heading1"/>
        <w:rPr>
          <w:u w:val="single"/>
        </w:rPr>
      </w:pPr>
      <w:r w:rsidRPr="7CA4AB52" w:rsidR="7CA4AB52">
        <w:rPr>
          <w:u w:val="single"/>
        </w:rPr>
        <w:t>Insurance Information</w:t>
      </w:r>
    </w:p>
    <w:p xmlns:wp14="http://schemas.microsoft.com/office/word/2010/wordml" w14:paraId="5D8156DB" wp14:textId="77777777">
      <w:r>
        <w:t>Insurance Provider: ________________________________</w:t>
      </w:r>
    </w:p>
    <w:p xmlns:wp14="http://schemas.microsoft.com/office/word/2010/wordml" w14:paraId="78C0C842" wp14:textId="77777777">
      <w:r>
        <w:t>Policy Holder Name: ________________________________</w:t>
      </w:r>
    </w:p>
    <w:p xmlns:wp14="http://schemas.microsoft.com/office/word/2010/wordml" w14:paraId="52927A17" wp14:textId="77777777">
      <w:r>
        <w:t>Policy Number: ____________________________________</w:t>
      </w:r>
    </w:p>
    <w:p xmlns:wp14="http://schemas.microsoft.com/office/word/2010/wordml" w14:paraId="008B55F4" wp14:textId="77777777">
      <w:r>
        <w:t>Group Number: _____________________________________</w:t>
      </w:r>
    </w:p>
    <w:p xmlns:wp14="http://schemas.microsoft.com/office/word/2010/wordml" w14:paraId="1EE5BEBD" wp14:textId="77777777">
      <w:r>
        <w:t>Primary Care Physician: ____________________________</w:t>
      </w:r>
    </w:p>
    <w:p xmlns:wp14="http://schemas.microsoft.com/office/word/2010/wordml" w14:paraId="6818F37F" wp14:textId="77777777">
      <w:r>
        <w:t>Physician Phone Number: ____________________________</w:t>
      </w:r>
    </w:p>
    <w:p xmlns:wp14="http://schemas.microsoft.com/office/word/2010/wordml" w14:paraId="3B74544E" wp14:textId="77777777">
      <w:pPr>
        <w:pStyle w:val="Heading1"/>
      </w:pPr>
      <w:r w:rsidRPr="7CA4AB52" w:rsidR="7CA4AB52">
        <w:rPr>
          <w:u w:val="single"/>
        </w:rPr>
        <w:t>Medical &amp; Diagnosis Information</w:t>
      </w:r>
    </w:p>
    <w:p xmlns:wp14="http://schemas.microsoft.com/office/word/2010/wordml" w14:paraId="3E2865AF" wp14:textId="77777777">
      <w:r>
        <w:t>Please share any diagnoses, medical conditions, allergies, sensitivities, or behavioral concerns that would help us best support your child:</w:t>
      </w:r>
    </w:p>
    <w:p xmlns:wp14="http://schemas.microsoft.com/office/word/2010/wordml" w14:paraId="4ECDCB3F" wp14:textId="19E9F8F1">
      <w:r w:rsidR="2201A138">
        <w:rPr/>
        <w:t>______________________________________________________________</w:t>
      </w:r>
      <w:r>
        <w:br/>
      </w:r>
      <w:r w:rsidR="7CA4AB52">
        <w:rPr/>
        <w:t>______________________________________________________________</w:t>
      </w:r>
    </w:p>
    <w:p xmlns:wp14="http://schemas.microsoft.com/office/word/2010/wordml" w14:paraId="1939C406" wp14:textId="77777777">
      <w:r>
        <w:t>☐ Autism Spectrum Disorder</w:t>
      </w:r>
    </w:p>
    <w:p xmlns:wp14="http://schemas.microsoft.com/office/word/2010/wordml" w14:paraId="320271F6" wp14:textId="77777777">
      <w:r>
        <w:t>☐ ADHD</w:t>
      </w:r>
    </w:p>
    <w:p xmlns:wp14="http://schemas.microsoft.com/office/word/2010/wordml" w14:paraId="049994D8" wp14:textId="77777777">
      <w:r>
        <w:t>☐ Anxiety</w:t>
      </w:r>
    </w:p>
    <w:p xmlns:wp14="http://schemas.microsoft.com/office/word/2010/wordml" w14:paraId="34D366A7" wp14:textId="77777777">
      <w:r>
        <w:t>☐ Sensory Processing Differences</w:t>
      </w:r>
    </w:p>
    <w:p xmlns:wp14="http://schemas.microsoft.com/office/word/2010/wordml" w14:paraId="43EC4278" wp14:textId="77777777">
      <w:r>
        <w:t>☐ Intellectual/Developmental Disability</w:t>
      </w:r>
    </w:p>
    <w:p xmlns:wp14="http://schemas.microsoft.com/office/word/2010/wordml" w14:paraId="4E305547" wp14:textId="77777777">
      <w:r>
        <w:t>☐ Physical Disability</w:t>
      </w:r>
    </w:p>
    <w:p xmlns:wp14="http://schemas.microsoft.com/office/word/2010/wordml" w14:paraId="49787B51" wp14:textId="77777777">
      <w:r>
        <w:t>☐ Speech/Communication Challenges</w:t>
      </w:r>
    </w:p>
    <w:p xmlns:wp14="http://schemas.microsoft.com/office/word/2010/wordml" w14:paraId="4F4F8782" wp14:textId="77777777">
      <w:r>
        <w:t>☐ Seizure Disorder</w:t>
      </w:r>
    </w:p>
    <w:p xmlns:wp14="http://schemas.microsoft.com/office/word/2010/wordml" w14:paraId="2A47AE09" wp14:textId="77777777">
      <w:r>
        <w:t>☐ Food Allergies</w:t>
      </w:r>
    </w:p>
    <w:p xmlns:wp14="http://schemas.microsoft.com/office/word/2010/wordml" w14:paraId="359FC1DE" wp14:textId="77777777">
      <w:r>
        <w:t>☐ Other: __________________</w:t>
      </w:r>
    </w:p>
    <w:p xmlns:wp14="http://schemas.microsoft.com/office/word/2010/wordml" w:rsidP="7CA4AB52" w14:paraId="72D40649" wp14:textId="77777777">
      <w:pPr>
        <w:pStyle w:val="Heading1"/>
        <w:rPr>
          <w:u w:val="single"/>
        </w:rPr>
      </w:pPr>
      <w:r w:rsidRPr="7CA4AB52" w:rsidR="7CA4AB52">
        <w:rPr>
          <w:u w:val="single"/>
        </w:rPr>
        <w:t>Medications</w:t>
      </w:r>
    </w:p>
    <w:p xmlns:wp14="http://schemas.microsoft.com/office/word/2010/wordml" w14:paraId="50807893" wp14:textId="77777777">
      <w:r>
        <w:t>Will your child need medication during camp hours? ☐ Yes   ☐ No</w:t>
      </w:r>
    </w:p>
    <w:p xmlns:wp14="http://schemas.microsoft.com/office/word/2010/wordml" w14:paraId="7DCB8DE3" wp14:textId="77777777">
      <w:r>
        <w:t>If yes, please explain dosage instructions and timing:</w:t>
      </w:r>
    </w:p>
    <w:p xmlns:wp14="http://schemas.microsoft.com/office/word/2010/wordml" w14:paraId="106010C2" wp14:textId="6A1247AC">
      <w:r w:rsidR="3FE1BF01">
        <w:rPr/>
        <w:t>______________________________________________________________</w:t>
      </w:r>
      <w:r>
        <w:br/>
      </w:r>
      <w:r w:rsidR="7CA4AB52">
        <w:rPr/>
        <w:t>______________________________________________________________</w:t>
      </w:r>
    </w:p>
    <w:p w:rsidR="7CA4AB52" w:rsidP="7CA4AB52" w:rsidRDefault="7CA4AB52" w14:paraId="74B86D4A" w14:textId="5E384DDC">
      <w:pPr>
        <w:pStyle w:val="Heading1"/>
      </w:pPr>
    </w:p>
    <w:p xmlns:wp14="http://schemas.microsoft.com/office/word/2010/wordml" w14:paraId="066F5B73" wp14:textId="77777777">
      <w:pPr>
        <w:pStyle w:val="Heading1"/>
      </w:pPr>
      <w:r w:rsidRPr="7CA4AB52" w:rsidR="7CA4AB52">
        <w:rPr>
          <w:u w:val="single"/>
        </w:rPr>
        <w:t>Communication &amp; Support Needs</w:t>
      </w:r>
    </w:p>
    <w:p xmlns:wp14="http://schemas.microsoft.com/office/word/2010/wordml" w14:paraId="73DAD447" wp14:textId="77777777">
      <w:r>
        <w:t>How does your child communicate best?</w:t>
      </w:r>
    </w:p>
    <w:p xmlns:wp14="http://schemas.microsoft.com/office/word/2010/wordml" w14:paraId="31F3C025" wp14:textId="77777777">
      <w:r>
        <w:t>______________________________________________________________</w:t>
      </w:r>
    </w:p>
    <w:p xmlns:wp14="http://schemas.microsoft.com/office/word/2010/wordml" w14:paraId="282DD10B" wp14:textId="77777777">
      <w:r>
        <w:t>What motivates or comforts your child?</w:t>
      </w:r>
    </w:p>
    <w:p xmlns:wp14="http://schemas.microsoft.com/office/word/2010/wordml" w14:paraId="6841603B" wp14:textId="77777777">
      <w:r>
        <w:t>______________________________________________________________</w:t>
      </w:r>
    </w:p>
    <w:p xmlns:wp14="http://schemas.microsoft.com/office/word/2010/wordml" w14:paraId="5875084E" wp14:textId="77777777">
      <w:r>
        <w:t>What situations may trigger stress or dysregulation?</w:t>
      </w:r>
    </w:p>
    <w:p xmlns:wp14="http://schemas.microsoft.com/office/word/2010/wordml" w14:paraId="7BD3A6AE" wp14:textId="77777777">
      <w:r>
        <w:t>______________________________________________________________</w:t>
      </w:r>
    </w:p>
    <w:p xmlns:wp14="http://schemas.microsoft.com/office/word/2010/wordml" w14:paraId="070C1828" wp14:textId="77777777">
      <w:r>
        <w:t>What strategies work best to help your child feel safe and successful?</w:t>
      </w:r>
    </w:p>
    <w:p xmlns:wp14="http://schemas.microsoft.com/office/word/2010/wordml" w14:paraId="5E1FC851" wp14:textId="77777777">
      <w:r>
        <w:t>______________________________________________________________</w:t>
      </w:r>
    </w:p>
    <w:p xmlns:wp14="http://schemas.microsoft.com/office/word/2010/wordml" w14:paraId="0AB3EE5E" wp14:textId="77777777">
      <w:pPr>
        <w:pStyle w:val="Heading1"/>
      </w:pPr>
      <w:r w:rsidRPr="7CA4AB52" w:rsidR="7CA4AB52">
        <w:rPr>
          <w:u w:val="single"/>
        </w:rPr>
        <w:t>Behavioral &amp; Safety Information</w:t>
      </w:r>
    </w:p>
    <w:p xmlns:wp14="http://schemas.microsoft.com/office/word/2010/wordml" w14:paraId="4C160F13" wp14:textId="77777777">
      <w:r>
        <w:t>☐ Elopement/Wandering</w:t>
      </w:r>
    </w:p>
    <w:p xmlns:wp14="http://schemas.microsoft.com/office/word/2010/wordml" w14:paraId="6D6D89F0" wp14:textId="77777777">
      <w:r>
        <w:t>☐ Aggression</w:t>
      </w:r>
    </w:p>
    <w:p xmlns:wp14="http://schemas.microsoft.com/office/word/2010/wordml" w14:paraId="265BF865" wp14:textId="77777777">
      <w:r>
        <w:t>☐ Self-Injury</w:t>
      </w:r>
    </w:p>
    <w:p xmlns:wp14="http://schemas.microsoft.com/office/word/2010/wordml" w14:paraId="28CE0310" wp14:textId="77777777">
      <w:r>
        <w:t>☐ Difficulty with Transitions</w:t>
      </w:r>
    </w:p>
    <w:p xmlns:wp14="http://schemas.microsoft.com/office/word/2010/wordml" w14:paraId="18C8C429" wp14:textId="77777777">
      <w:r>
        <w:t>☐ Sensory Sensitivities</w:t>
      </w:r>
    </w:p>
    <w:p xmlns:wp14="http://schemas.microsoft.com/office/word/2010/wordml" w14:paraId="760F62D7" wp14:textId="77777777">
      <w:r>
        <w:t>☐ Anxiety in Groups</w:t>
      </w:r>
    </w:p>
    <w:p xmlns:wp14="http://schemas.microsoft.com/office/word/2010/wordml" w14:paraId="2BC76FFE" wp14:textId="77777777">
      <w:r>
        <w:t>☐ Fear of Animals</w:t>
      </w:r>
    </w:p>
    <w:p xmlns:wp14="http://schemas.microsoft.com/office/word/2010/wordml" w14:paraId="4145E611" wp14:textId="77777777">
      <w:r>
        <w:t>☐ Loud Vocalizations</w:t>
      </w:r>
    </w:p>
    <w:p xmlns:wp14="http://schemas.microsoft.com/office/word/2010/wordml" w14:paraId="097EBBBE" wp14:textId="77777777">
      <w:r>
        <w:t>☐ Other: __________________</w:t>
      </w:r>
    </w:p>
    <w:p xmlns:wp14="http://schemas.microsoft.com/office/word/2010/wordml" w14:paraId="26616DD7" wp14:textId="77777777">
      <w:r>
        <w:t>Please explain anything important regarding safety or behavior support:</w:t>
      </w:r>
    </w:p>
    <w:p xmlns:wp14="http://schemas.microsoft.com/office/word/2010/wordml" w14:paraId="2521D451" wp14:textId="77777777">
      <w:r>
        <w:br/>
      </w:r>
      <w:r>
        <w:t>______________________________________________________________</w:t>
      </w:r>
    </w:p>
    <w:p xmlns:wp14="http://schemas.microsoft.com/office/word/2010/wordml" w14:paraId="252FD78B" wp14:textId="77777777">
      <w:pPr>
        <w:pStyle w:val="Heading1"/>
      </w:pPr>
      <w:r w:rsidRPr="7CA4AB52" w:rsidR="7CA4AB52">
        <w:rPr>
          <w:u w:val="single"/>
        </w:rPr>
        <w:t>Camp Experience &amp; Interests</w:t>
      </w:r>
    </w:p>
    <w:p xmlns:wp14="http://schemas.microsoft.com/office/word/2010/wordml" w14:paraId="2A692A3D" wp14:textId="77777777">
      <w:r>
        <w:t>Has your child participated in camps or group activities before? ☐ Yes   ☐ No</w:t>
      </w:r>
    </w:p>
    <w:p xmlns:wp14="http://schemas.microsoft.com/office/word/2010/wordml" w14:paraId="27CC7349" wp14:textId="77777777">
      <w:r>
        <w:t>What activities does your child enjoy most?</w:t>
      </w:r>
    </w:p>
    <w:p xmlns:wp14="http://schemas.microsoft.com/office/word/2010/wordml" w14:paraId="6F4B07C7" wp14:textId="77777777">
      <w:r>
        <w:t>☐ Music</w:t>
      </w:r>
    </w:p>
    <w:p xmlns:wp14="http://schemas.microsoft.com/office/word/2010/wordml" w14:paraId="3CDF30BC" wp14:textId="77777777">
      <w:r>
        <w:t>☐ Singing</w:t>
      </w:r>
    </w:p>
    <w:p xmlns:wp14="http://schemas.microsoft.com/office/word/2010/wordml" w14:paraId="46ECBE76" wp14:textId="77777777">
      <w:r>
        <w:t>☐ Songwriting</w:t>
      </w:r>
    </w:p>
    <w:p xmlns:wp14="http://schemas.microsoft.com/office/word/2010/wordml" w14:paraId="6F37259F" wp14:textId="77777777">
      <w:r>
        <w:t>☐ Horses</w:t>
      </w:r>
    </w:p>
    <w:p xmlns:wp14="http://schemas.microsoft.com/office/word/2010/wordml" w14:paraId="3F3C6FEA" wp14:textId="77777777">
      <w:r>
        <w:t>☐ Farm Animals</w:t>
      </w:r>
    </w:p>
    <w:p xmlns:wp14="http://schemas.microsoft.com/office/word/2010/wordml" w14:paraId="468B50F6" wp14:textId="77777777">
      <w:r>
        <w:t>☐ Crafts</w:t>
      </w:r>
    </w:p>
    <w:p xmlns:wp14="http://schemas.microsoft.com/office/word/2010/wordml" w14:paraId="219218CB" wp14:textId="77777777">
      <w:r>
        <w:t>☐ Outdoor Play</w:t>
      </w:r>
    </w:p>
    <w:p xmlns:wp14="http://schemas.microsoft.com/office/word/2010/wordml" w14:paraId="7DA87E4E" wp14:textId="77777777">
      <w:r>
        <w:t>☐ Social Activities</w:t>
      </w:r>
    </w:p>
    <w:p xmlns:wp14="http://schemas.microsoft.com/office/word/2010/wordml" w14:paraId="764FF3E7" wp14:textId="77777777">
      <w:r>
        <w:t>☐ Other: __________________</w:t>
      </w:r>
    </w:p>
    <w:p xmlns:wp14="http://schemas.microsoft.com/office/word/2010/wordml" w14:paraId="50FFA179" wp14:textId="77777777">
      <w:r>
        <w:t>What are you hoping your child gains from this experience?</w:t>
      </w:r>
    </w:p>
    <w:p xmlns:wp14="http://schemas.microsoft.com/office/word/2010/wordml" w14:paraId="7F2094C9" wp14:textId="0731215F">
      <w:r w:rsidR="705C2911">
        <w:rPr/>
        <w:t>______________________________________________________________</w:t>
      </w:r>
      <w:r>
        <w:br/>
      </w:r>
      <w:r w:rsidR="7CA4AB52">
        <w:rPr/>
        <w:t>______________________________________________________________</w:t>
      </w:r>
    </w:p>
    <w:p xmlns:wp14="http://schemas.microsoft.com/office/word/2010/wordml" w14:paraId="6DEEBD2A" wp14:textId="77777777">
      <w:pPr>
        <w:pStyle w:val="Heading1"/>
      </w:pPr>
      <w:r w:rsidRPr="7CA4AB52" w:rsidR="7CA4AB52">
        <w:rPr>
          <w:u w:val="single"/>
        </w:rPr>
        <w:t>Food &amp; Dietary Information</w:t>
      </w:r>
    </w:p>
    <w:p xmlns:wp14="http://schemas.microsoft.com/office/word/2010/wordml" w14:paraId="4E04797C" wp14:textId="77777777">
      <w:r>
        <w:t>Does your child have dietary restrictions or food allergies? ☐ Yes   ☐ No</w:t>
      </w:r>
    </w:p>
    <w:p xmlns:wp14="http://schemas.microsoft.com/office/word/2010/wordml" w14:paraId="51792F11" wp14:textId="77777777">
      <w:r>
        <w:t>If yes, please explain:</w:t>
      </w:r>
    </w:p>
    <w:p xmlns:wp14="http://schemas.microsoft.com/office/word/2010/wordml" w14:paraId="5910D14F" wp14:textId="6A25BAB6">
      <w:r w:rsidR="18EB6B10">
        <w:rPr/>
        <w:t>______________________________________________________________</w:t>
      </w:r>
      <w:r>
        <w:br/>
      </w:r>
      <w:r w:rsidR="7CA4AB52">
        <w:rPr/>
        <w:t>______________________________________________________________</w:t>
      </w:r>
    </w:p>
    <w:p xmlns:wp14="http://schemas.microsoft.com/office/word/2010/wordml" w14:paraId="73D64D6C" wp14:textId="77777777">
      <w:pPr>
        <w:pStyle w:val="Heading1"/>
      </w:pPr>
      <w:r w:rsidRPr="7CA4AB52" w:rsidR="7CA4AB52">
        <w:rPr>
          <w:u w:val="single"/>
        </w:rPr>
        <w:t>Parent/Guardian Notes</w:t>
      </w:r>
    </w:p>
    <w:p xmlns:wp14="http://schemas.microsoft.com/office/word/2010/wordml" w14:paraId="68C32FCE" wp14:textId="77777777">
      <w:r>
        <w:t>Please tell us anything else you would like us to know about your child and how we can best accommodate, encourage, and support them during camp.</w:t>
      </w:r>
    </w:p>
    <w:p xmlns:wp14="http://schemas.microsoft.com/office/word/2010/wordml" w14:paraId="7F1E6459" wp14:textId="374C72FB">
      <w:r w:rsidR="55B940B0">
        <w:rPr/>
        <w:t>______________________________________________________________</w:t>
      </w:r>
      <w:r>
        <w:br/>
      </w:r>
      <w:r w:rsidR="7CA4AB52">
        <w:rPr/>
        <w:t>______________________________________________________________</w:t>
      </w:r>
    </w:p>
    <w:p xmlns:wp14="http://schemas.microsoft.com/office/word/2010/wordml" w14:paraId="04F3EA74" wp14:textId="77777777">
      <w:pPr>
        <w:pStyle w:val="Heading1"/>
      </w:pPr>
      <w:r w:rsidRPr="7CA4AB52" w:rsidR="7CA4AB52">
        <w:rPr>
          <w:u w:val="single"/>
        </w:rPr>
        <w:t>Photo &amp; Video Release</w:t>
      </w:r>
    </w:p>
    <w:p xmlns:wp14="http://schemas.microsoft.com/office/word/2010/wordml" w14:paraId="1248BBA0" wp14:textId="77777777">
      <w:r>
        <w:t>I give permission for my child to be photographed and/or videotaped during Hoofbeats &amp; Heartbeats camp activities for promotional, educational, website, and social media purposes related to Harmony Hollow Rescue and Sanctuary.</w:t>
      </w:r>
    </w:p>
    <w:p xmlns:wp14="http://schemas.microsoft.com/office/word/2010/wordml" w14:paraId="6495870E" wp14:textId="77777777">
      <w:r>
        <w:t>☐ YES, I give permission</w:t>
      </w:r>
    </w:p>
    <w:p xmlns:wp14="http://schemas.microsoft.com/office/word/2010/wordml" w14:paraId="4D234DC2" wp14:textId="77777777">
      <w:r>
        <w:t>☐ NO, I do not give permission</w:t>
      </w:r>
    </w:p>
    <w:p xmlns:wp14="http://schemas.microsoft.com/office/word/2010/wordml" w14:paraId="7A9ABCFB" wp14:textId="77777777">
      <w:r>
        <w:t>Parent/Guardian Signature: ________________________________</w:t>
      </w:r>
    </w:p>
    <w:p xmlns:wp14="http://schemas.microsoft.com/office/word/2010/wordml" w14:paraId="00043BE7" wp14:textId="77777777">
      <w:r>
        <w:t>Date: _________________________________________________</w:t>
      </w:r>
    </w:p>
    <w:p xmlns:wp14="http://schemas.microsoft.com/office/word/2010/wordml" w14:paraId="79D7DC08" wp14:textId="77777777">
      <w:pPr>
        <w:pStyle w:val="Heading1"/>
      </w:pPr>
      <w:r w:rsidRPr="7CA4AB52" w:rsidR="7CA4AB52">
        <w:rPr>
          <w:u w:val="single"/>
        </w:rPr>
        <w:t>Liability Acknowledgment</w:t>
      </w:r>
    </w:p>
    <w:p xmlns:wp14="http://schemas.microsoft.com/office/word/2010/wordml" w14:paraId="28A5F367" wp14:textId="77777777">
      <w:r>
        <w:t>I understand that participation in camp activities involving animals, outdoor recreation, music activities, and farm experiences carries inherent risks. I agree that I will not hold Harmony Hollow, volunteers, staff, or partners liable for ordinary accidents or injuries that may occur during participation.</w:t>
      </w:r>
    </w:p>
    <w:p xmlns:wp14="http://schemas.microsoft.com/office/word/2010/wordml" w14:paraId="390249F2" wp14:textId="77777777">
      <w:r>
        <w:t>Parent/Guardian Signature: ________________________________</w:t>
      </w:r>
    </w:p>
    <w:p xmlns:wp14="http://schemas.microsoft.com/office/word/2010/wordml" w14:paraId="7B930821" wp14:textId="77777777">
      <w:r>
        <w:t>Date: _________________________________________________</w:t>
      </w:r>
    </w:p>
    <w:p xmlns:wp14="http://schemas.microsoft.com/office/word/2010/wordml" w14:paraId="2342C545" wp14:textId="46587EC2">
      <w:pPr>
        <w:pStyle w:val="Heading1"/>
      </w:pPr>
      <w:r w:rsidRPr="7CA4AB52" w:rsidR="7CA4AB52">
        <w:rPr>
          <w:u w:val="single"/>
        </w:rPr>
        <w:t>Camp Policies Acknowledgment</w:t>
      </w:r>
      <w:r w:rsidRPr="7CA4AB52" w:rsidR="4D8CC359">
        <w:rPr>
          <w:u w:val="single"/>
        </w:rPr>
        <w:t xml:space="preserve"> (check all that apply)</w:t>
      </w:r>
    </w:p>
    <w:p xmlns:wp14="http://schemas.microsoft.com/office/word/2010/wordml" w14:paraId="302F0AAE" wp14:textId="77777777">
      <w:r>
        <w:t>_____ My child may interact with farm animals under supervision.</w:t>
      </w:r>
    </w:p>
    <w:p xmlns:wp14="http://schemas.microsoft.com/office/word/2010/wordml" w14:paraId="2ABDF3B7" wp14:textId="77777777">
      <w:r>
        <w:t>_____ I understand camp staff will make reasonable accommodations to support my child’s needs.</w:t>
      </w:r>
    </w:p>
    <w:p xmlns:wp14="http://schemas.microsoft.com/office/word/2010/wordml" w14:paraId="7ADD325F" wp14:textId="77777777">
      <w:r>
        <w:t>_____ I understand parents/guardians may be contacted if significant behavioral or medical concerns arise during camp hours.</w:t>
      </w:r>
    </w:p>
    <w:p xmlns:wp14="http://schemas.microsoft.com/office/word/2010/wordml" w14:paraId="2F7D1F4A" wp14:textId="77777777">
      <w:r>
        <w:t>_____ I understand the $100 deposit is non-refundable and the remaining balance is due by June 1.</w:t>
      </w:r>
    </w:p>
    <w:p xmlns:wp14="http://schemas.microsoft.com/office/word/2010/wordml" w14:paraId="75E5C737" wp14:textId="77777777">
      <w:r>
        <w:br/>
      </w:r>
      <w:r>
        <w:t>Parent/Guardian Signature: ________________________________</w:t>
      </w:r>
    </w:p>
    <w:p xmlns:wp14="http://schemas.microsoft.com/office/word/2010/wordml" w14:paraId="2BC39633" wp14:textId="77777777">
      <w:r>
        <w:t>Printed Name: ___________________________________________</w:t>
      </w:r>
    </w:p>
    <w:p xmlns:wp14="http://schemas.microsoft.com/office/word/2010/wordml" w14:paraId="666FB4D1" wp14:textId="77777777">
      <w:r>
        <w:t>Date: _________________________________________________</w:t>
      </w:r>
    </w:p>
    <w:p xmlns:wp14="http://schemas.microsoft.com/office/word/2010/wordml" w14:paraId="145FEBC7" wp14:textId="5690B41F">
      <w:pPr>
        <w:pStyle w:val="Heading1"/>
      </w:pPr>
      <w:r w:rsidRPr="0B3ED799" w:rsidR="147255F5">
        <w:rPr>
          <w:u w:val="single"/>
        </w:rPr>
        <w:t>Pickup Authorization</w:t>
      </w:r>
    </w:p>
    <w:p xmlns:wp14="http://schemas.microsoft.com/office/word/2010/wordml" w14:paraId="5FDF6358" wp14:textId="77777777">
      <w:r>
        <w:t>The following individuals are authorized to pick up my child from Hoofbeats &amp; Heartbeats camp:</w:t>
      </w:r>
    </w:p>
    <w:p xmlns:wp14="http://schemas.microsoft.com/office/word/2010/wordml" w14:paraId="16004C32" wp14:textId="26D60094">
      <w:r w:rsidR="7CA4AB52">
        <w:rPr/>
        <w:t xml:space="preserve">Anyone </w:t>
      </w:r>
      <w:r w:rsidR="7CA4AB52">
        <w:rPr/>
        <w:t>not listed</w:t>
      </w:r>
      <w:r w:rsidR="7CA4AB52">
        <w:rPr/>
        <w:t xml:space="preserve"> </w:t>
      </w:r>
      <w:r w:rsidR="41C958A7">
        <w:rPr/>
        <w:t>below</w:t>
      </w:r>
      <w:r w:rsidR="7CA4AB52">
        <w:rPr/>
        <w:t xml:space="preserve"> will NOT be </w:t>
      </w:r>
      <w:r w:rsidR="7CA4AB52">
        <w:rPr/>
        <w:t>permitted to pick up the camper without prior written or verbal authorization from the parent/guardian.</w:t>
      </w:r>
    </w:p>
    <w:p xmlns:wp14="http://schemas.microsoft.com/office/word/2010/wordml" w14:paraId="10EA5417" wp14:textId="77777777">
      <w:pPr>
        <w:pStyle w:val="Heading2"/>
      </w:pPr>
      <w:r>
        <w:t>Driver / Pickup Authorization Details</w:t>
      </w:r>
    </w:p>
    <w:p xmlns:wp14="http://schemas.microsoft.com/office/word/2010/wordml" w14:paraId="66B496C7" wp14:textId="77777777">
      <w:r>
        <w:t>Please list all individuals authorized to pick up your child from camp.</w:t>
      </w:r>
    </w:p>
    <w:p xmlns:wp14="http://schemas.microsoft.com/office/word/2010/wordml" w14:paraId="0C9CEEDA" wp14:textId="77777777">
      <w:r>
        <w:t>1. Name of Authorized Driver: __________________________________________</w:t>
      </w:r>
    </w:p>
    <w:p xmlns:wp14="http://schemas.microsoft.com/office/word/2010/wordml" w14:paraId="27F1018F" wp14:textId="77777777">
      <w:r>
        <w:t xml:space="preserve">    Relationship to Child: _____________________________________________</w:t>
      </w:r>
    </w:p>
    <w:p xmlns:wp14="http://schemas.microsoft.com/office/word/2010/wordml" w14:paraId="25A004DB" wp14:textId="77777777">
      <w:r>
        <w:t xml:space="preserve">    Phone Number: _____________________________________________________</w:t>
      </w:r>
    </w:p>
    <w:p xmlns:wp14="http://schemas.microsoft.com/office/word/2010/wordml" w14:paraId="529DDA48" wp14:textId="77777777">
      <w:r>
        <w:t xml:space="preserve">    Driver’s License / Photo ID Required:  ☐ Yes   ☐ No</w:t>
      </w:r>
    </w:p>
    <w:p xmlns:wp14="http://schemas.microsoft.com/office/word/2010/wordml" w14:paraId="672A6659" wp14:textId="77777777"/>
    <w:p xmlns:wp14="http://schemas.microsoft.com/office/word/2010/wordml" w14:paraId="41B06839" wp14:textId="77777777">
      <w:r>
        <w:t>2. Name of Authorized Driver: __________________________________________</w:t>
      </w:r>
    </w:p>
    <w:p xmlns:wp14="http://schemas.microsoft.com/office/word/2010/wordml" w14:paraId="5A983763" wp14:textId="77777777">
      <w:r>
        <w:t xml:space="preserve">    Relationship to Child: _____________________________________________</w:t>
      </w:r>
    </w:p>
    <w:p xmlns:wp14="http://schemas.microsoft.com/office/word/2010/wordml" w14:paraId="07805071" wp14:textId="77777777">
      <w:r>
        <w:t xml:space="preserve">    Phone Number: _____________________________________________________</w:t>
      </w:r>
    </w:p>
    <w:p xmlns:wp14="http://schemas.microsoft.com/office/word/2010/wordml" w14:paraId="5F18B853" wp14:textId="77777777">
      <w:r>
        <w:t xml:space="preserve">    Driver’s License / Photo ID Required:  ☐ Yes   ☐ No</w:t>
      </w:r>
    </w:p>
    <w:p xmlns:wp14="http://schemas.microsoft.com/office/word/2010/wordml" w14:paraId="0A37501D" wp14:textId="77777777"/>
    <w:p xmlns:wp14="http://schemas.microsoft.com/office/word/2010/wordml" w14:paraId="76A2A8C1" wp14:textId="77777777">
      <w:r>
        <w:t>3. Name of Authorized Driver: __________________________________________</w:t>
      </w:r>
    </w:p>
    <w:p xmlns:wp14="http://schemas.microsoft.com/office/word/2010/wordml" w14:paraId="782D4959" wp14:textId="77777777">
      <w:r>
        <w:t xml:space="preserve">    Relationship to Child: _____________________________________________</w:t>
      </w:r>
    </w:p>
    <w:p xmlns:wp14="http://schemas.microsoft.com/office/word/2010/wordml" w14:paraId="13856127" wp14:textId="77777777">
      <w:r>
        <w:t xml:space="preserve">    Phone Number: _____________________________________________________</w:t>
      </w:r>
    </w:p>
    <w:p xmlns:wp14="http://schemas.microsoft.com/office/word/2010/wordml" w14:paraId="4F09D260" wp14:textId="77777777">
      <w:r>
        <w:t xml:space="preserve">    Driver’s License / Photo ID Required:  ☐ Yes   ☐ No</w:t>
      </w:r>
    </w:p>
    <w:p xmlns:wp14="http://schemas.microsoft.com/office/word/2010/wordml" w14:paraId="5DAB6C7B" wp14:textId="77777777"/>
    <w:p xmlns:wp14="http://schemas.microsoft.com/office/word/2010/wordml" w14:paraId="0A00526E" wp14:textId="77777777">
      <w:r>
        <w:t>4. Name of Authorized Driver: __________________________________________</w:t>
      </w:r>
    </w:p>
    <w:p xmlns:wp14="http://schemas.microsoft.com/office/word/2010/wordml" w14:paraId="4EE9ED8D" wp14:textId="77777777">
      <w:r>
        <w:t xml:space="preserve">    Relationship to Child: _____________________________________________</w:t>
      </w:r>
    </w:p>
    <w:p xmlns:wp14="http://schemas.microsoft.com/office/word/2010/wordml" w14:paraId="53FD2146" wp14:textId="77777777">
      <w:r>
        <w:t xml:space="preserve">    Phone Number: _____________________________________________________</w:t>
      </w:r>
    </w:p>
    <w:p xmlns:wp14="http://schemas.microsoft.com/office/word/2010/wordml" w14:paraId="75718F71" wp14:textId="77777777">
      <w:r>
        <w:t xml:space="preserve">    Driver’s License / Photo ID Required:  ☐ Yes   ☐ No</w:t>
      </w:r>
    </w:p>
    <w:p xmlns:wp14="http://schemas.microsoft.com/office/word/2010/wordml" w14:paraId="02EB378F" wp14:textId="77777777"/>
    <w:p xmlns:wp14="http://schemas.microsoft.com/office/word/2010/wordml" w14:paraId="643DB26D" wp14:textId="77777777">
      <w:r>
        <w:t>Anyone not listed above will NOT be permitted to pick up the camper without prior authorization from the parent/guardian.</w:t>
      </w:r>
    </w:p>
    <w:sectPr w:rsidRPr="0006063C" w:rsidR="00FC693F" w:rsidSect="00034616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3D809CF"/>
    <w:rsid w:val="0430FBD6"/>
    <w:rsid w:val="092B9A5C"/>
    <w:rsid w:val="0B3ED799"/>
    <w:rsid w:val="0E663035"/>
    <w:rsid w:val="11BF2944"/>
    <w:rsid w:val="147255F5"/>
    <w:rsid w:val="18EB6B10"/>
    <w:rsid w:val="1B631B0A"/>
    <w:rsid w:val="21951AE7"/>
    <w:rsid w:val="21C51DA0"/>
    <w:rsid w:val="2201A138"/>
    <w:rsid w:val="243F32B3"/>
    <w:rsid w:val="243F32B3"/>
    <w:rsid w:val="257992CD"/>
    <w:rsid w:val="266148A9"/>
    <w:rsid w:val="28A0BEF4"/>
    <w:rsid w:val="28A1E7D8"/>
    <w:rsid w:val="3B36435C"/>
    <w:rsid w:val="3CC8079C"/>
    <w:rsid w:val="3FE1BF01"/>
    <w:rsid w:val="41C958A7"/>
    <w:rsid w:val="42AB93C6"/>
    <w:rsid w:val="43E16A54"/>
    <w:rsid w:val="45A4CCB1"/>
    <w:rsid w:val="4758482A"/>
    <w:rsid w:val="490C4219"/>
    <w:rsid w:val="490C4219"/>
    <w:rsid w:val="499DD58D"/>
    <w:rsid w:val="4CE85668"/>
    <w:rsid w:val="4D8CC359"/>
    <w:rsid w:val="50DFE37F"/>
    <w:rsid w:val="55B940B0"/>
    <w:rsid w:val="5755708D"/>
    <w:rsid w:val="58873D90"/>
    <w:rsid w:val="5E27608A"/>
    <w:rsid w:val="60B4E5CA"/>
    <w:rsid w:val="60B4E5CA"/>
    <w:rsid w:val="61549A0E"/>
    <w:rsid w:val="618CC4DB"/>
    <w:rsid w:val="705C2911"/>
    <w:rsid w:val="737BE64E"/>
    <w:rsid w:val="7CA4A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9373A449-9812-4E76-A232-1BDE15935FE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Brian Lee</lastModifiedBy>
  <revision>6</revision>
  <dcterms:created xsi:type="dcterms:W3CDTF">2013-12-23T23:15:00.0000000Z</dcterms:created>
  <dcterms:modified xsi:type="dcterms:W3CDTF">2026-05-17T14:50:26.4215593Z</dcterms:modified>
  <category/>
</coreProperties>
</file>